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</w:rPr>
        <w:t>LV GOSPEL PROJECT  /  COMUNICATO STAMPA</w:t>
      </w:r>
    </w:p>
    <w:p>
      <w:pPr>
        <w:pStyle w:val="Title"/>
      </w:pPr>
      <w:r>
        <w:t>Joyful Noise</w:t>
      </w:r>
    </w:p>
    <w:p>
      <w:pPr>
        <w:pStyle w:val="Subtitle"/>
      </w:pPr>
      <w:r>
        <w:t>Joyful Noise porta il gospel nel groove funk</w:t>
      </w:r>
    </w:p>
    <w:p>
      <w:pPr>
        <w:widowControl/>
      </w:pPr>
      <w:r>
        <w:rPr>
          <w:b/>
        </w:rPr>
        <w:t>Il nuovo singolo di LV Gospel Project esce il 9 ottobre e anticipa l’album Chapter 1 — Mystery &amp; Majesty, atteso il 20 novembre 2026.</w:t>
      </w:r>
    </w:p>
    <w:p>
      <w:r>
        <w:drawing>
          <wp:inline xmlns:a="http://schemas.openxmlformats.org/drawingml/2006/main" xmlns:pic="http://schemas.openxmlformats.org/drawingml/2006/picture">
            <wp:extent cx="2194560" cy="2194560"/>
            <wp:docPr id="1" name="Picture 1" descr="Joyful Noise - LV Gospel Project - official cover art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yful-noise-cover-300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rPr>
          <w:b w:val="0"/>
        </w:rPr>
        <w:t>LV Gospel Project pubblica Joyful Noise il 9 ottobre 2026. Il terzo singolo che anticipa Chapter 1 — Mystery &amp; Majesty mette al centro il dialogo tra solista e coro, sostenuto da fiati, sintetizzatori e un groove funk. Il brano è cantato in inglese ed è scritto da Francesco Maria Gabriele Mocchi, direttore artistico della formazione pavese.</w:t>
      </w:r>
    </w:p>
    <w:p>
      <w:pPr>
        <w:widowControl/>
      </w:pPr>
      <w:r>
        <w:rPr>
          <w:b w:val="0"/>
        </w:rPr>
        <w:t>In Joyful Noise la gioia prende una forma fisica: battere le mani, scandire il ritmo con i piedi, cantare e danzare insieme. Il linguaggio della lode e i riferimenti biblici restano espliciti. L’invito alla partecipazione passa attraverso il ritmo e la risposta collettiva del coro, in un incontro tra la tradizione gospel e il suono della band.</w:t>
      </w:r>
    </w:p>
    <w:p>
      <w:r>
        <w:br w:type="page"/>
      </w:r>
    </w:p>
    <w:p>
      <w:pPr>
        <w:pStyle w:val="Heading1"/>
      </w:pPr>
      <w:r>
        <w:t>Verso Chapter 1</w:t>
      </w:r>
    </w:p>
    <w:p>
      <w:pPr>
        <w:widowControl/>
      </w:pPr>
      <w:r>
        <w:rPr>
          <w:b w:val="0"/>
        </w:rPr>
        <w:t>Dopo Mystery &amp; Majesty, uscito il 14 agosto, e With You, pubblicato l’11 settembre, il nuovo singolo presenta il lato più ritmico del percorso verso l’album. Chapter 1 — Mystery &amp; Majesty uscirà il 20 novembre 2026 e apre un progetto discografico in tre capitoli.</w:t>
      </w:r>
    </w:p>
    <w:p>
      <w:pPr>
        <w:widowControl/>
      </w:pPr>
      <w:r>
        <w:rPr>
          <w:b w:val="0"/>
        </w:rPr>
        <w:t>La formazione riunisce venticinque voci e otto musicisti. La scrittura originale e il lavoro tra coro e band sono il centro di una ricerca che parte dal gospel e incontra funk, soul e linguaggi contemporanei.</w:t>
      </w:r>
    </w:p>
    <w:p>
      <w:pPr>
        <w:pStyle w:val="Heading1"/>
      </w:pPr>
      <w:r>
        <w:t>LV Gospel Project</w:t>
      </w:r>
    </w:p>
    <w:p>
      <w:pPr>
        <w:widowControl/>
      </w:pPr>
      <w:r>
        <w:rPr>
          <w:b w:val="0"/>
        </w:rPr>
        <w:t>LV Gospel Project nasce a Pavia nel 2013 come evoluzione della Corale Universitaria Lorenzo Valla. Sotto la direzione artistica di Francesco Maria Gabriele Mocchi, riunisce venticinque voci e una band di otto musicisti. Il gospel è il punto di partenza di un repertorio originale che incontra funk, soul e linguaggi contemporanei. La radice spirituale resta parte dell’identità del progetto, aperto anche a chi vive la fede in modo personale o non si riconosce in un’appartenenza religiosa.</w:t>
      </w:r>
    </w:p>
    <w:p>
      <w:pPr>
        <w:widowControl/>
      </w:pPr>
      <w:r>
        <w:rPr>
          <w:b w:val="0"/>
        </w:rPr>
        <w:t>Il gospel è il nostro punto di partenza, non un requisito d’ingresso. Musica e parole sono frequenza: arrivano prima di qualunque credo. Noi partiamo da lì.</w:t>
      </w:r>
    </w:p>
    <w:p>
      <w:pPr>
        <w:pStyle w:val="Heading2"/>
      </w:pPr>
      <w:r>
        <w:t>Contatti e materiali</w:t>
      </w:r>
    </w:p>
    <w:p>
      <w:pPr>
        <w:widowControl/>
      </w:pPr>
      <w:r>
        <w:rPr>
          <w:b w:val="0"/>
        </w:rPr>
        <w:t>Per interviste, materiali editoriali e richieste di ascolto in anteprima: info@lvgospelproject.it.</w:t>
      </w:r>
    </w:p>
    <w:p>
      <w:pPr>
        <w:widowControl/>
      </w:pPr>
      <w:r>
        <w:rPr>
          <w:b w:val="0"/>
        </w:rPr>
        <w:t>https://lvgospelproject.it/press</w:t>
      </w:r>
    </w:p>
    <w:p>
      <w:pPr>
        <w:widowControl/>
      </w:pPr>
      <w:r>
        <w:rPr>
          <w:b w:val="0"/>
        </w:rPr>
        <w:t>Pre-save su Spotify. Il singolo sarà disponibile dal 9 ottobre 2026.</w:t>
      </w:r>
    </w:p>
    <w:p>
      <w:pPr>
        <w:widowControl/>
      </w:pPr>
      <w:r>
        <w:rPr>
          <w:b w:val="0"/>
          <w:sz w:val="18"/>
        </w:rPr>
        <w:t>https://distrokid.com/hyperfollow/lvgospelproject/joyful-noise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1" w:lineRule="auto"/>
    </w:pPr>
    <w:rPr>
      <w:rFonts w:ascii="Arial" w:hAnsi="Arial" w:eastAsia="Arial" w:cs="Arial"/>
      <w:color w:val="000000"/>
      <w:sz w:val="22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cstheme="majorBidi" w:ascii="Georgia" w:hAnsi="Georgia" w:eastAsia="Georgia" w:cs="Georgia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cstheme="majorBidi" w:ascii="Georgia" w:hAnsi="Georgia" w:eastAsia="Georgia" w:cs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Georgia" w:hAnsi="Georgia" w:eastAsia="Georgia" w:cs="Georgia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cstheme="majorBidi" w:ascii="Georgia" w:hAnsi="Georgia" w:eastAsia="Georgia" w:cs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Joyful Noise Comunicato stampa</dc:title>
  <dc:subject>Joyful Noise - 9 October 2026</dc:subject>
  <dc:creator>LV Gospel Project</dc:creator>
  <cp:keywords/>
  <dc:description>generated by python-docx</dc:description>
  <cp:lastModifiedBy>LV Gospel Project</cp:lastModifiedBy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