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b/>
        </w:rPr>
        <w:t>LV GOSPEL PROJECT  /  RELEASE SHEET</w:t>
      </w:r>
    </w:p>
    <w:p>
      <w:pPr>
        <w:pStyle w:val="Title"/>
      </w:pPr>
      <w:r>
        <w:t>Joyful Noise</w:t>
      </w:r>
    </w:p>
    <w:p>
      <w:pPr>
        <w:widowControl/>
      </w:pPr>
      <w:r>
        <w:rPr>
          <w:b w:val="0"/>
        </w:rPr>
        <w:t>Joyful Noise is the new single by LV Gospel Project, out on 9 October 2026. Sung in English and written by Francesco Maria Gabriele Mocchi, it combines call-and-response vocals, brass and synths with a funk groove. It is the third single ahead of Chapter 1 — Mystery &amp; Majesty, due on 20 November 2026. The ensemble from Pavia, Italy, brings together twenty-five voices and eight musicians.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Artist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LV Gospel Project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Joyful Noise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Release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9 October 2026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Duration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3:14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Language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English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Words and music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Francesco Maria Gabriele Mocchi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Artistic direction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Francesco Maria Gabriele Mocchi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Album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Chapter 1 — Mystery &amp; Majesty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/>
                <w:sz w:val="20"/>
              </w:rPr>
              <w:t>Album release</w:t>
            </w:r>
          </w:p>
        </w:tc>
        <w:tc>
          <w:tcPr>
            <w:tcW w:type="dxa" w:w="7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3F4F5"/>
          </w:tcPr>
          <w:p>
            <w:pPr>
              <w:spacing w:after="0" w:line="252" w:lineRule="auto"/>
            </w:pPr>
            <w:r>
              <w:rPr>
                <w:b w:val="0"/>
                <w:sz w:val="20"/>
              </w:rPr>
              <w:t>20 November 2026</w:t>
            </w:r>
          </w:p>
        </w:tc>
      </w:tr>
    </w:tbl>
    <w:p/>
    <w:p>
      <w:pPr>
        <w:pStyle w:val="Heading2"/>
      </w:pPr>
      <w:r>
        <w:t>Contacts and materials</w:t>
      </w:r>
    </w:p>
    <w:p>
      <w:pPr>
        <w:widowControl/>
      </w:pPr>
      <w:r>
        <w:rPr>
          <w:b w:val="0"/>
        </w:rPr>
        <w:t>For interviews, editorial materials and advance listening requests: info@lvgospelproject.it.</w:t>
      </w:r>
    </w:p>
    <w:p>
      <w:pPr>
        <w:widowControl/>
      </w:pPr>
      <w:r>
        <w:rPr>
          <w:b w:val="0"/>
        </w:rPr>
        <w:t>https://lvgospelproject.it/en/press</w:t>
      </w:r>
    </w:p>
    <w:p>
      <w:pPr>
        <w:widowControl/>
      </w:pPr>
      <w:r>
        <w:rPr>
          <w:b w:val="0"/>
        </w:rPr>
        <w:t>Spotify pre-save is available. The single will be released on 9 October 2026.</w:t>
      </w:r>
    </w:p>
    <w:p>
      <w:pPr>
        <w:widowControl/>
      </w:pPr>
      <w:r>
        <w:rPr>
          <w:b w:val="0"/>
          <w:sz w:val="18"/>
        </w:rPr>
        <w:t>https://distrokid.com/hyperfollow/lvgospelproject/joyful-noise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1" w:lineRule="auto"/>
    </w:pPr>
    <w:rPr>
      <w:rFonts w:ascii="Arial" w:hAnsi="Arial" w:eastAsia="Arial" w:cs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/>
      <w:outlineLvl w:val="0"/>
    </w:pPr>
    <w:rPr>
      <w:rFonts w:cstheme="majorBidi" w:ascii="Georgia" w:hAnsi="Georgia" w:eastAsia="Georgia" w:cs="Georgia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80"/>
      <w:outlineLvl w:val="1"/>
    </w:pPr>
    <w:rPr>
      <w:rFonts w:cstheme="majorBidi" w:ascii="Georgia" w:hAnsi="Georgia" w:eastAsia="Georgia" w:cs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cstheme="majorBidi" w:ascii="Georgia" w:hAnsi="Georgia" w:eastAsia="Georgia" w:cs="Georgia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cstheme="majorBidi" w:ascii="Georgia" w:hAnsi="Georgia" w:eastAsia="Georgia" w:cs="Georg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Joyful Noise Release sheet</dc:title>
  <dc:subject>Joyful Noise - 9 October 2026</dc:subject>
  <dc:creator>LV Gospel Project</dc:creator>
  <cp:keywords/>
  <dc:description>generated by python-docx</dc:description>
  <cp:lastModifiedBy>LV Gospel Project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