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</w:rPr>
        <w:t>LV GOSPEL PROJECT  /  SCHEDA SINGOLO</w:t>
      </w:r>
    </w:p>
    <w:p>
      <w:pPr>
        <w:pStyle w:val="Title"/>
      </w:pPr>
      <w:r>
        <w:t>Joyful Noise</w:t>
      </w:r>
    </w:p>
    <w:p>
      <w:pPr>
        <w:widowControl/>
      </w:pPr>
      <w:r>
        <w:rPr>
          <w:b w:val="0"/>
        </w:rPr>
        <w:t>Joyful Noise è il nuovo singolo di LV Gospel Project, in uscita il 9 ottobre 2026. Cantato in inglese e scritto da Francesco Maria Gabriele Mocchi, intreccia voci in chiamata e risposta, fiati e sintetizzatori con un groove funk. È il terzo singolo verso Chapter 1 — Mystery &amp; Majesty, l’album atteso il 20 novembre 2026. La formazione pavese riunisce venticinque voci e otto musicisti.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Artista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LV Gospel Project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Titolo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Joyful Noise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Uscita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9 ottobre 2026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Durata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3:14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Lingua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Inglese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Testo e musica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Francesco Maria Gabriele Mocchi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Direzione artistica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Francesco Maria Gabriele Mocchi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Album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Chapter 1 — Mystery &amp; Majesty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Uscita album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20 novembre 2026</w:t>
            </w:r>
          </w:p>
        </w:tc>
      </w:tr>
    </w:tbl>
    <w:p/>
    <w:p>
      <w:pPr>
        <w:pStyle w:val="Heading2"/>
      </w:pPr>
      <w:r>
        <w:t>Contatti e materiali</w:t>
      </w:r>
    </w:p>
    <w:p>
      <w:pPr>
        <w:widowControl/>
      </w:pPr>
      <w:r>
        <w:rPr>
          <w:b w:val="0"/>
        </w:rPr>
        <w:t>Per interviste, materiali editoriali e richieste di ascolto in anteprima: info@lvgospelproject.it.</w:t>
      </w:r>
    </w:p>
    <w:p>
      <w:pPr>
        <w:widowControl/>
      </w:pPr>
      <w:r>
        <w:rPr>
          <w:b w:val="0"/>
        </w:rPr>
        <w:t>https://lvgospelproject.it/press</w:t>
      </w:r>
    </w:p>
    <w:p>
      <w:pPr>
        <w:widowControl/>
      </w:pPr>
      <w:r>
        <w:rPr>
          <w:b w:val="0"/>
        </w:rPr>
        <w:t>Pre-save su Spotify. Il singolo sarà disponibile dal 9 ottobre 2026.</w:t>
      </w:r>
    </w:p>
    <w:p>
      <w:pPr>
        <w:widowControl/>
      </w:pPr>
      <w:r>
        <w:rPr>
          <w:b w:val="0"/>
          <w:sz w:val="18"/>
        </w:rPr>
        <w:t>https://distrokid.com/hyperfollow/lvgospelproject/joyful-noise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1" w:lineRule="auto"/>
    </w:pPr>
    <w:rPr>
      <w:rFonts w:ascii="Arial" w:hAnsi="Arial" w:eastAsia="Arial" w:cs="Arial"/>
      <w:color w:val="000000"/>
      <w:sz w:val="22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cstheme="majorBidi" w:ascii="Georgia" w:hAnsi="Georgia" w:eastAsia="Georgia" w:cs="Georgia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cstheme="majorBidi" w:ascii="Georgia" w:hAnsi="Georgia" w:eastAsia="Georgia" w:cs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Georgia" w:hAnsi="Georgia" w:eastAsia="Georgia" w:cs="Georgia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cstheme="majorBidi" w:ascii="Georgia" w:hAnsi="Georgia" w:eastAsia="Georgia" w:cs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Joyful Noise Scheda singolo</dc:title>
  <dc:subject>Joyful Noise - 9 October 2026</dc:subject>
  <dc:creator>LV Gospel Project</dc:creator>
  <cp:keywords/>
  <dc:description>generated by python-docx</dc:description>
  <cp:lastModifiedBy>LV Gospel Project</cp:lastModifiedBy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